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i/>
          <w:color w:val="555555"/>
          <w:sz w:val="20"/>
        </w:rPr>
        <w:t>/Оформляется на бланке организации/</w:t>
      </w:r>
    </w:p>
    <w:p/>
    <w:p>
      <w:pPr>
        <w:jc w:val="right"/>
      </w:pPr>
      <w:r>
        <w:rPr>
          <w:sz w:val="22"/>
        </w:rPr>
        <w:t>Директору филиала</w:t>
      </w:r>
    </w:p>
    <w:p>
      <w:pPr>
        <w:jc w:val="right"/>
      </w:pPr>
      <w:r>
        <w:rPr>
          <w:sz w:val="22"/>
        </w:rPr>
        <w:t>«___________________________»</w:t>
      </w:r>
    </w:p>
    <w:p>
      <w:pPr>
        <w:jc w:val="right"/>
      </w:pPr>
      <w:r>
        <w:rPr>
          <w:sz w:val="22"/>
        </w:rPr>
        <w:t>РУП «___________________________»</w:t>
      </w:r>
    </w:p>
    <w:p>
      <w:pPr>
        <w:jc w:val="right"/>
      </w:pPr>
      <w:r>
        <w:rPr>
          <w:i/>
          <w:sz w:val="18"/>
        </w:rPr>
        <w:t>(наименование энергоснабжающей организации,</w:t>
      </w:r>
    </w:p>
    <w:p>
      <w:pPr>
        <w:jc w:val="right"/>
      </w:pPr>
      <w:r>
        <w:rPr>
          <w:i/>
          <w:sz w:val="18"/>
        </w:rPr>
        <w:t>например: РУП «Минскэнерго», РУП «Гомельэнерго» и т. д.)</w:t>
      </w:r>
    </w:p>
    <w:p/>
    <w:p>
      <w:pPr>
        <w:jc w:val="center"/>
      </w:pPr>
      <w:r>
        <w:rPr>
          <w:b/>
          <w:sz w:val="26"/>
        </w:rPr>
        <w:t>ЗАЯВЛЕНИЕ</w:t>
      </w:r>
    </w:p>
    <w:p>
      <w:pPr>
        <w:jc w:val="center"/>
      </w:pPr>
      <w:r>
        <w:rPr>
          <w:i/>
          <w:sz w:val="22"/>
        </w:rPr>
        <w:t>о выдаче технических условий на присоединение электроустановок потребителя к электрической сети</w:t>
      </w:r>
    </w:p>
    <w:p>
      <w:pPr>
        <w:jc w:val="center"/>
      </w:pPr>
      <w:r>
        <w:rPr>
          <w:i/>
          <w:sz w:val="22"/>
        </w:rPr>
        <w:t>(в том числе с установкой по использованию возобновляемых источников энергии)</w:t>
      </w:r>
    </w:p>
    <w:p/>
    <w:p>
      <w:r>
        <w:rPr>
          <w:sz w:val="22"/>
        </w:rPr>
        <w:t>В соответствии с подпунктом 3.1.9-1 пункта 3.1 единого перечня административных процедур, осуществляемых государственными органами и иными организациями в отношении юридических лиц и индивидуальных предпринимателей, утверждённого постановлением Совета Министров Республики Беларусь от 17.02.2012 № 156, прошу выдать технические условия на присоединение электроустановок к электрической сети.</w:t>
      </w:r>
    </w:p>
    <w:p/>
    <w:p>
      <w:r>
        <w:rPr>
          <w:b/>
          <w:sz w:val="22"/>
        </w:rPr>
        <w:t>1. Сведения о заявителе:</w:t>
      </w:r>
    </w:p>
    <w:p>
      <w:pPr>
        <w:ind w:left="283"/>
      </w:pPr>
      <w:r>
        <w:rPr>
          <w:sz w:val="22"/>
        </w:rPr>
        <w:t>полное наименование: ______________________________________________________</w:t>
      </w:r>
    </w:p>
    <w:p>
      <w:pPr>
        <w:ind w:left="283"/>
      </w:pPr>
      <w:r>
        <w:rPr>
          <w:sz w:val="22"/>
        </w:rPr>
        <w:t>юридический адрес: ________________________________________________________</w:t>
      </w:r>
    </w:p>
    <w:p>
      <w:pPr>
        <w:ind w:left="283"/>
      </w:pPr>
      <w:r>
        <w:rPr>
          <w:sz w:val="22"/>
        </w:rPr>
        <w:t>УНП: ____________________________________________________________________</w:t>
      </w:r>
    </w:p>
    <w:p>
      <w:pPr>
        <w:ind w:left="283"/>
      </w:pPr>
      <w:r>
        <w:rPr>
          <w:sz w:val="22"/>
        </w:rPr>
        <w:t>ОКЭД: ___________________________________________________________________</w:t>
      </w:r>
    </w:p>
    <w:p>
      <w:pPr>
        <w:ind w:left="283"/>
      </w:pPr>
      <w:r>
        <w:rPr>
          <w:sz w:val="22"/>
        </w:rPr>
        <w:t>руководитель (должность, ФИО): ___________________________________________</w:t>
      </w:r>
    </w:p>
    <w:p>
      <w:pPr>
        <w:ind w:left="283"/>
      </w:pPr>
      <w:r>
        <w:rPr>
          <w:sz w:val="22"/>
        </w:rPr>
        <w:t>контактное лицо (ФИО, должность, тел., e-mail): ___________________________</w:t>
      </w:r>
    </w:p>
    <w:p>
      <w:pPr>
        <w:ind w:left="283"/>
      </w:pPr>
      <w:r>
        <w:rPr>
          <w:sz w:val="22"/>
        </w:rPr>
        <w:t>____________________________________________________________________________</w:t>
      </w:r>
    </w:p>
    <w:p>
      <w:r>
        <w:rPr>
          <w:b/>
          <w:sz w:val="22"/>
        </w:rPr>
        <w:t>2. Сведения об объекте электроснабжения:</w:t>
      </w:r>
    </w:p>
    <w:p>
      <w:pPr>
        <w:ind w:left="283"/>
      </w:pPr>
      <w:r>
        <w:rPr>
          <w:sz w:val="22"/>
        </w:rPr>
        <w:t>наименование объекта: _____________________________________________________</w:t>
      </w:r>
    </w:p>
    <w:p>
      <w:pPr>
        <w:ind w:left="283"/>
      </w:pPr>
      <w:r>
        <w:rPr>
          <w:sz w:val="22"/>
        </w:rPr>
        <w:t>местонахождение: __________________________________________________________</w:t>
      </w:r>
    </w:p>
    <w:p>
      <w:pPr>
        <w:ind w:left="283"/>
      </w:pPr>
      <w:r>
        <w:rPr>
          <w:sz w:val="22"/>
        </w:rPr>
        <w:t>назначение объекта (производство, торговля, склад и т.д.): __________________</w:t>
      </w:r>
    </w:p>
    <w:p>
      <w:pPr>
        <w:ind w:left="283"/>
      </w:pPr>
      <w:r>
        <w:rPr>
          <w:sz w:val="22"/>
        </w:rPr>
        <w:t>____________________________________________________________________________</w:t>
      </w:r>
    </w:p>
    <w:p>
      <w:pPr>
        <w:ind w:left="283"/>
      </w:pPr>
      <w:r>
        <w:rPr>
          <w:sz w:val="22"/>
        </w:rPr>
        <w:t>категория надёжности электроснабжения (I, II, III): __________________________</w:t>
      </w:r>
    </w:p>
    <w:p>
      <w:pPr>
        <w:ind w:left="283"/>
      </w:pPr>
      <w:r>
        <w:rPr>
          <w:sz w:val="22"/>
        </w:rPr>
        <w:t>напряжение присоединения, кВ (0,4 / 6 / 10): __________________________________</w:t>
      </w:r>
    </w:p>
    <w:p>
      <w:pPr>
        <w:ind w:left="283"/>
      </w:pPr>
      <w:r>
        <w:rPr>
          <w:sz w:val="22"/>
        </w:rPr>
        <w:t>запрашиваемая мощность, кВт (кВ·А): ____________________________________________</w:t>
      </w:r>
    </w:p>
    <w:p>
      <w:pPr>
        <w:ind w:left="283"/>
      </w:pPr>
      <w:r>
        <w:rPr>
          <w:sz w:val="22"/>
        </w:rPr>
        <w:t>режим работы: ☐ круглосуточный   ☐ односменный   ☐ двухсменный   ☐ сезонный</w:t>
      </w:r>
    </w:p>
    <w:p>
      <w:r>
        <w:rPr>
          <w:b/>
          <w:sz w:val="22"/>
        </w:rPr>
        <w:t>3. Сведения об установке ВИЭ (при наличии):</w:t>
      </w:r>
    </w:p>
    <w:p>
      <w:pPr>
        <w:ind w:left="283"/>
      </w:pPr>
      <w:r>
        <w:rPr>
          <w:sz w:val="22"/>
        </w:rPr>
        <w:t>тип ВИЭ: ☐ солнечная (фотоэлектрическая)   ☐ ветроэнергетическая   ☐ иное</w:t>
      </w:r>
    </w:p>
    <w:p>
      <w:pPr>
        <w:ind w:left="283"/>
      </w:pPr>
      <w:r>
        <w:rPr>
          <w:sz w:val="22"/>
        </w:rPr>
        <w:t>установленная мощность ВИЭ, кВт: __________________________________________</w:t>
      </w:r>
    </w:p>
    <w:p>
      <w:pPr>
        <w:ind w:left="283"/>
      </w:pPr>
      <w:r>
        <w:rPr>
          <w:sz w:val="22"/>
        </w:rPr>
        <w:t>режим работы: ☐ параллельная с энергосистемой (для собственного потребления)</w:t>
      </w:r>
    </w:p>
    <w:p>
      <w:pPr>
        <w:ind w:left="283"/>
      </w:pPr>
      <w:r>
        <w:rPr>
          <w:sz w:val="22"/>
        </w:rPr>
        <w:t xml:space="preserve">             ☐ изолированная</w:t>
      </w:r>
    </w:p>
    <w:p>
      <w:pPr>
        <w:ind w:left="283"/>
      </w:pPr>
      <w:r>
        <w:rPr>
          <w:sz w:val="22"/>
        </w:rPr>
        <w:t>тип инвертора (марка, мощность): __________________________________________</w:t>
      </w:r>
    </w:p>
    <w:p>
      <w:pPr>
        <w:ind w:left="283"/>
      </w:pPr>
      <w:r>
        <w:rPr>
          <w:sz w:val="22"/>
        </w:rPr>
        <w:t>цель использования: ☐ снижение собственных счетов   ☐ резервное электроснабжение</w:t>
      </w:r>
    </w:p>
    <w:p>
      <w:r>
        <w:rPr>
          <w:b/>
          <w:sz w:val="22"/>
        </w:rPr>
        <w:t>4. К заявлению прилагаются:</w:t>
      </w:r>
    </w:p>
    <w:p>
      <w:pPr>
        <w:ind w:left="283"/>
      </w:pPr>
      <w:r>
        <w:rPr>
          <w:sz w:val="22"/>
        </w:rPr>
        <w:t>1) копия учредительных документов;</w:t>
      </w:r>
    </w:p>
    <w:p>
      <w:pPr>
        <w:ind w:left="283"/>
      </w:pPr>
      <w:r>
        <w:rPr>
          <w:sz w:val="22"/>
        </w:rPr>
        <w:t>2) копия документа, подтверждающего государственную регистрацию;</w:t>
      </w:r>
    </w:p>
    <w:p>
      <w:pPr>
        <w:ind w:left="283"/>
      </w:pPr>
      <w:r>
        <w:rPr>
          <w:sz w:val="22"/>
        </w:rPr>
        <w:t>3) копия правоудостоверяющего документа на земельный участок;</w:t>
      </w:r>
    </w:p>
    <w:p>
      <w:pPr>
        <w:ind w:left="283"/>
      </w:pPr>
      <w:r>
        <w:rPr>
          <w:sz w:val="22"/>
        </w:rPr>
        <w:t>4) копия правоудостоверяющего документа на объект (при наличии);</w:t>
      </w:r>
    </w:p>
    <w:p>
      <w:pPr>
        <w:ind w:left="283"/>
      </w:pPr>
      <w:r>
        <w:rPr>
          <w:sz w:val="22"/>
        </w:rPr>
        <w:t>5) ситуационный план объекта с привязкой к местности (М 1:500 — 1:2000);</w:t>
      </w:r>
    </w:p>
    <w:p>
      <w:pPr>
        <w:ind w:left="283"/>
      </w:pPr>
      <w:r>
        <w:rPr>
          <w:sz w:val="22"/>
        </w:rPr>
        <w:t>6) перспективная нагрузка по годам (для крупных объектов);</w:t>
      </w:r>
    </w:p>
    <w:p>
      <w:pPr>
        <w:ind w:left="283"/>
      </w:pPr>
      <w:r>
        <w:rPr>
          <w:sz w:val="22"/>
        </w:rPr>
        <w:t>7) технико-экономическое обоснование (при необходимости);</w:t>
      </w:r>
    </w:p>
    <w:p>
      <w:pPr>
        <w:ind w:left="283"/>
      </w:pPr>
      <w:r>
        <w:rPr>
          <w:sz w:val="22"/>
        </w:rPr>
        <w:t>8) иное: ____________________________________________________________________</w:t>
      </w:r>
    </w:p>
    <w:p/>
    <w:p>
      <w:r>
        <w:rPr>
          <w:i/>
          <w:sz w:val="22"/>
        </w:rPr>
        <w:t>Технические условия прошу выдать в установленный срок — 15 рабочих дней со дня регистрации настоящего заявления (для объектов мощностью до 250 кВ·А — по принципу «одно окно» в соответствии с Указом Президента Республики Беларусь от 06.08.2014 № 397).</w:t>
      </w:r>
    </w:p>
    <w:p/>
    <w:p/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324"/>
          </w:tcPr>
          <w:p>
            <w:r>
              <w:rPr>
                <w:sz w:val="22"/>
              </w:rPr>
              <w:t>«____» __________ 20___ г.</w:t>
            </w:r>
          </w:p>
        </w:tc>
        <w:tc>
          <w:tcPr>
            <w:tcW w:type="dxa" w:w="3324"/>
          </w:tcPr>
          <w:p>
            <w:r>
              <w:rPr>
                <w:sz w:val="22"/>
              </w:rPr>
              <w:t>_________________</w:t>
            </w:r>
          </w:p>
        </w:tc>
        <w:tc>
          <w:tcPr>
            <w:tcW w:type="dxa" w:w="3324"/>
          </w:tcPr>
          <w:p>
            <w:r>
              <w:rPr>
                <w:sz w:val="22"/>
              </w:rPr>
              <w:t>__________________________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324"/>
          </w:tcPr>
          <w:p>
            <w:pPr>
              <w:jc w:val="left"/>
            </w:pPr>
            <w:r>
              <w:rPr>
                <w:i/>
                <w:sz w:val="18"/>
              </w:rPr>
              <w:t>(дата)</w:t>
            </w:r>
          </w:p>
        </w:tc>
        <w:tc>
          <w:tcPr>
            <w:tcW w:type="dxa" w:w="3324"/>
          </w:tcPr>
          <w:p>
            <w:pPr>
              <w:jc w:val="left"/>
            </w:pPr>
            <w:r>
              <w:rPr>
                <w:i/>
                <w:sz w:val="18"/>
              </w:rPr>
              <w:t>(подпись)</w:t>
            </w:r>
          </w:p>
        </w:tc>
        <w:tc>
          <w:tcPr>
            <w:tcW w:type="dxa" w:w="3324"/>
          </w:tcPr>
          <w:p>
            <w:pPr>
              <w:jc w:val="left"/>
            </w:pPr>
            <w:r>
              <w:rPr>
                <w:i/>
                <w:sz w:val="18"/>
              </w:rPr>
              <w:t>(И.О. Фамилия)</w:t>
            </w:r>
          </w:p>
        </w:tc>
      </w:tr>
    </w:tbl>
    <w:p/>
    <w:p>
      <w:pPr>
        <w:jc w:val="left"/>
      </w:pPr>
      <w:r>
        <w:rPr>
          <w:sz w:val="22"/>
        </w:rPr>
        <w:t>М.П.</w:t>
      </w:r>
    </w:p>
    <w:p/>
    <w:p>
      <w:pPr>
        <w:jc w:val="center"/>
      </w:pPr>
      <w:r>
        <w:rPr>
          <w:color w:val="AAAAAA"/>
          <w:sz w:val="16"/>
        </w:rPr>
        <w:t>────────────────────────────────────────────────────────────</w:t>
      </w:r>
    </w:p>
    <w:p>
      <w:pPr>
        <w:jc w:val="center"/>
      </w:pPr>
      <w:r>
        <w:rPr>
          <w:i/>
          <w:color w:val="666666"/>
          <w:sz w:val="18"/>
        </w:rPr>
        <w:t>Бланк подготовлен SmartEnergy® (smartess.by) — поможем заполнить и оформить под ключ.</w:t>
      </w:r>
    </w:p>
    <w:p>
      <w:pPr>
        <w:jc w:val="center"/>
      </w:pPr>
      <w:r>
        <w:rPr>
          <w:i/>
          <w:color w:val="666666"/>
          <w:sz w:val="18"/>
        </w:rPr>
        <w:t>+375 44 585-88-77   |   smartess.by   |   @SmartESSBot</w:t>
      </w:r>
    </w:p>
    <w:sectPr w:rsidR="00FC693F" w:rsidRPr="0006063C" w:rsidSect="00034616">
      <w:pgSz w:w="12240" w:h="15840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