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i/>
          <w:color w:val="555555"/>
          <w:sz w:val="20"/>
        </w:rPr>
        <w:t>/Оформляется на бланке организации/</w:t>
      </w:r>
    </w:p>
    <w:p/>
    <w:p>
      <w:pPr>
        <w:jc w:val="right"/>
      </w:pPr>
      <w:r>
        <w:rPr>
          <w:sz w:val="22"/>
        </w:rPr>
        <w:t>Директору филиала</w:t>
      </w:r>
    </w:p>
    <w:p>
      <w:pPr>
        <w:jc w:val="right"/>
      </w:pPr>
      <w:r>
        <w:rPr>
          <w:sz w:val="22"/>
        </w:rPr>
        <w:t>«___________________________»</w:t>
      </w:r>
    </w:p>
    <w:p>
      <w:pPr>
        <w:jc w:val="right"/>
      </w:pPr>
      <w:r>
        <w:rPr>
          <w:sz w:val="22"/>
        </w:rPr>
        <w:t>РУП «___________________________»</w:t>
      </w:r>
    </w:p>
    <w:p/>
    <w:p>
      <w:pPr>
        <w:jc w:val="center"/>
      </w:pPr>
      <w:r>
        <w:rPr>
          <w:b/>
          <w:sz w:val="26"/>
        </w:rPr>
        <w:t>ЗАЯВЛЕНИЕ</w:t>
      </w:r>
    </w:p>
    <w:p>
      <w:pPr>
        <w:jc w:val="center"/>
      </w:pPr>
      <w:r>
        <w:rPr>
          <w:i/>
          <w:sz w:val="22"/>
        </w:rPr>
        <w:t>о корректировке (дополнении) технических условий на присоединение электроустановок в связи с установкой источника возобновляемой энергии</w:t>
      </w:r>
    </w:p>
    <w:p/>
    <w:p>
      <w:r>
        <w:rPr>
          <w:sz w:val="22"/>
        </w:rPr>
        <w:t>В связи с планируемым размещением на действующем объекте электроснабжения установки по использованию возобновляемых источников энергии (солнечной электростанции) для собственного потребления, прошу выдать дополнение к действующим техническим условиям на присоединение электроустановок к электрической сети.</w:t>
      </w:r>
    </w:p>
    <w:p/>
    <w:p>
      <w:r>
        <w:rPr>
          <w:b/>
          <w:sz w:val="22"/>
        </w:rPr>
        <w:t>1. Сведения о заявителе:</w:t>
      </w:r>
    </w:p>
    <w:p>
      <w:pPr>
        <w:ind w:left="283"/>
      </w:pPr>
      <w:r>
        <w:rPr>
          <w:sz w:val="22"/>
        </w:rPr>
        <w:t>полное наименование: ______________________________________________________</w:t>
      </w:r>
    </w:p>
    <w:p>
      <w:pPr>
        <w:ind w:left="283"/>
      </w:pPr>
      <w:r>
        <w:rPr>
          <w:sz w:val="22"/>
        </w:rPr>
        <w:t>юридический адрес: ________________________________________________________</w:t>
      </w:r>
    </w:p>
    <w:p>
      <w:pPr>
        <w:ind w:left="283"/>
      </w:pPr>
      <w:r>
        <w:rPr>
          <w:sz w:val="22"/>
        </w:rPr>
        <w:t>УНП: ___________________________ ОКЭД: ____________________________________</w:t>
      </w:r>
    </w:p>
    <w:p>
      <w:pPr>
        <w:ind w:left="283"/>
      </w:pPr>
      <w:r>
        <w:rPr>
          <w:sz w:val="22"/>
        </w:rPr>
        <w:t>руководитель (должность, ФИО): ___________________________________________</w:t>
      </w:r>
    </w:p>
    <w:p>
      <w:pPr>
        <w:ind w:left="283"/>
      </w:pPr>
      <w:r>
        <w:rPr>
          <w:sz w:val="22"/>
        </w:rPr>
        <w:t>контактное лицо (ФИО, должность, тел., e-mail): ___________________________</w:t>
      </w:r>
    </w:p>
    <w:p>
      <w:r>
        <w:rPr>
          <w:b/>
          <w:sz w:val="22"/>
        </w:rPr>
        <w:t>2. Сведения о действующем объекте электроснабжения:</w:t>
      </w:r>
    </w:p>
    <w:p>
      <w:pPr>
        <w:ind w:left="283"/>
      </w:pPr>
      <w:r>
        <w:rPr>
          <w:sz w:val="22"/>
        </w:rPr>
        <w:t>наименование объекта: _____________________________________________________</w:t>
      </w:r>
    </w:p>
    <w:p>
      <w:pPr>
        <w:ind w:left="283"/>
      </w:pPr>
      <w:r>
        <w:rPr>
          <w:sz w:val="22"/>
        </w:rPr>
        <w:t>местонахождение: __________________________________________________________</w:t>
      </w:r>
    </w:p>
    <w:p>
      <w:pPr>
        <w:ind w:left="283"/>
      </w:pPr>
      <w:r>
        <w:rPr>
          <w:sz w:val="22"/>
        </w:rPr>
        <w:t>номер действующего договора электроснабжения: _____________________________</w:t>
      </w:r>
    </w:p>
    <w:p>
      <w:pPr>
        <w:ind w:left="283"/>
      </w:pPr>
      <w:r>
        <w:rPr>
          <w:sz w:val="22"/>
        </w:rPr>
        <w:t>дата заключения: __________________________________________________________</w:t>
      </w:r>
    </w:p>
    <w:p>
      <w:pPr>
        <w:ind w:left="283"/>
      </w:pPr>
      <w:r>
        <w:rPr>
          <w:sz w:val="22"/>
        </w:rPr>
        <w:t>номер действующих ТУ (если выдавались): ___________________________________</w:t>
      </w:r>
    </w:p>
    <w:p>
      <w:pPr>
        <w:ind w:left="283"/>
      </w:pPr>
      <w:r>
        <w:rPr>
          <w:sz w:val="22"/>
        </w:rPr>
        <w:t>дата выдачи действующих ТУ: _______________________________________________</w:t>
      </w:r>
    </w:p>
    <w:p>
      <w:pPr>
        <w:ind w:left="283"/>
      </w:pPr>
      <w:r>
        <w:rPr>
          <w:sz w:val="22"/>
        </w:rPr>
        <w:t>разрешённая (договорная) мощность, кВт (кВ·А): _____________________________</w:t>
      </w:r>
    </w:p>
    <w:p>
      <w:pPr>
        <w:ind w:left="283"/>
      </w:pPr>
      <w:r>
        <w:rPr>
          <w:sz w:val="22"/>
        </w:rPr>
        <w:t>категория надёжности: _____________________________________________________</w:t>
      </w:r>
    </w:p>
    <w:p>
      <w:r>
        <w:rPr>
          <w:b/>
          <w:sz w:val="22"/>
        </w:rPr>
        <w:t>3. Сведения о планируемой установке ВИЭ:</w:t>
      </w:r>
    </w:p>
    <w:p>
      <w:pPr>
        <w:ind w:left="283"/>
      </w:pPr>
      <w:r>
        <w:rPr>
          <w:sz w:val="22"/>
        </w:rPr>
        <w:t>тип установки: ☐ солнечная (СЭС)   ☐ ветроэнергетическая   ☐ иное</w:t>
      </w:r>
    </w:p>
    <w:p>
      <w:pPr>
        <w:ind w:left="283"/>
      </w:pPr>
      <w:r>
        <w:rPr>
          <w:sz w:val="22"/>
        </w:rPr>
        <w:t>установленная мощность ВИЭ, кВт: ___________________________________________</w:t>
      </w:r>
    </w:p>
    <w:p>
      <w:pPr>
        <w:ind w:left="283"/>
      </w:pPr>
      <w:r>
        <w:rPr>
          <w:sz w:val="22"/>
        </w:rPr>
        <w:t>место размещения: ☐ на земельном участке   ☐ на крыше здания   ☐ на фасаде</w:t>
      </w:r>
    </w:p>
    <w:p>
      <w:pPr>
        <w:ind w:left="283"/>
      </w:pPr>
      <w:r>
        <w:rPr>
          <w:sz w:val="22"/>
        </w:rPr>
        <w:t>тип инвертора (марка, мощность): ___________________________________________</w:t>
      </w:r>
    </w:p>
    <w:p>
      <w:pPr>
        <w:ind w:left="283"/>
      </w:pPr>
      <w:r>
        <w:rPr>
          <w:sz w:val="22"/>
        </w:rPr>
        <w:t>режим работы: ☐ параллельная с энергосистемой (только для собственного потребления, без выдачи в сеть)   ☐ изолированная (физически отделённая от сети)</w:t>
      </w:r>
    </w:p>
    <w:p>
      <w:pPr>
        <w:ind w:left="283"/>
      </w:pPr>
      <w:r>
        <w:rPr>
          <w:sz w:val="22"/>
        </w:rPr>
        <w:t>наличие аккумуляторных батарей: ☐ да, ёмкость ___ кВт·ч   ☐ нет</w:t>
      </w:r>
    </w:p>
    <w:p>
      <w:pPr>
        <w:ind w:left="283"/>
      </w:pPr>
      <w:r>
        <w:rPr>
          <w:sz w:val="22"/>
        </w:rPr>
        <w:t>ожидаемая годовая выработка, кВт·ч: _______________________________________</w:t>
      </w:r>
    </w:p>
    <w:p>
      <w:pPr>
        <w:ind w:left="283"/>
      </w:pPr>
      <w:r>
        <w:rPr>
          <w:sz w:val="22"/>
        </w:rPr>
        <w:t>ожидаемое снижение потребления из сети, %: _________________________________</w:t>
      </w:r>
    </w:p>
    <w:p>
      <w:r>
        <w:rPr>
          <w:b/>
          <w:sz w:val="22"/>
        </w:rPr>
        <w:t>4. К заявлению прилагаются:</w:t>
      </w:r>
    </w:p>
    <w:p>
      <w:pPr>
        <w:ind w:left="283"/>
      </w:pPr>
      <w:r>
        <w:rPr>
          <w:sz w:val="22"/>
        </w:rPr>
        <w:t>1) копия действующего договора электроснабжения;</w:t>
      </w:r>
    </w:p>
    <w:p>
      <w:pPr>
        <w:ind w:left="283"/>
      </w:pPr>
      <w:r>
        <w:rPr>
          <w:sz w:val="22"/>
        </w:rPr>
        <w:t>2) копия действующих технических условий (при наличии);</w:t>
      </w:r>
    </w:p>
    <w:p>
      <w:pPr>
        <w:ind w:left="283"/>
      </w:pPr>
      <w:r>
        <w:rPr>
          <w:sz w:val="22"/>
        </w:rPr>
        <w:t>3) копия правоудостоверяющего документа на объект и земельный участок;</w:t>
      </w:r>
    </w:p>
    <w:p>
      <w:pPr>
        <w:ind w:left="283"/>
      </w:pPr>
      <w:r>
        <w:rPr>
          <w:sz w:val="22"/>
        </w:rPr>
        <w:t>4) однолинейная схема электроснабжения объекта с указанием места включения ВИЭ;</w:t>
      </w:r>
    </w:p>
    <w:p>
      <w:pPr>
        <w:ind w:left="283"/>
      </w:pPr>
      <w:r>
        <w:rPr>
          <w:sz w:val="22"/>
        </w:rPr>
        <w:t>5) технические данные предполагаемого оборудования (марка, мощность, сертификаты ТР ТС);</w:t>
      </w:r>
    </w:p>
    <w:p>
      <w:pPr>
        <w:ind w:left="283"/>
      </w:pPr>
      <w:r>
        <w:rPr>
          <w:sz w:val="22"/>
        </w:rPr>
        <w:t>6) ситуационный план с указанием размещения СЭС;</w:t>
      </w:r>
    </w:p>
    <w:p>
      <w:pPr>
        <w:ind w:left="283"/>
      </w:pPr>
      <w:r>
        <w:rPr>
          <w:sz w:val="22"/>
        </w:rPr>
        <w:t>7) иное: ____________________________________________________________________</w:t>
      </w:r>
    </w:p>
    <w:p/>
    <w:p>
      <w:r>
        <w:rPr>
          <w:i/>
          <w:sz w:val="22"/>
        </w:rPr>
        <w:t>Дополняющие технические условия необходимы для подтверждения возможности параллельной работы установки ВИЭ с энергосистемой и определения требований к коммерческому учёту электроэнергии.</w:t>
      </w:r>
    </w:p>
    <w:p/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sz w:val="22"/>
              </w:rPr>
              <w:t>«____» __________ 20___ г.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(дата)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(подпись)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(И.О. Фамилия)</w:t>
            </w:r>
          </w:p>
        </w:tc>
      </w:tr>
    </w:tbl>
    <w:p/>
    <w:p>
      <w:pPr>
        <w:jc w:val="left"/>
      </w:pPr>
      <w:r>
        <w:rPr>
          <w:sz w:val="22"/>
        </w:rPr>
        <w:t>М.П.</w:t>
      </w:r>
    </w:p>
    <w:p/>
    <w:p>
      <w:pPr>
        <w:jc w:val="center"/>
      </w:pPr>
      <w:r>
        <w:rPr>
          <w:color w:val="AAAAAA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i/>
          <w:color w:val="666666"/>
          <w:sz w:val="18"/>
        </w:rPr>
        <w:t>Бланк подготовлен SmartEnergy® (smartess.by) — поможем заполнить и оформить под ключ.</w:t>
      </w:r>
    </w:p>
    <w:p>
      <w:pPr>
        <w:jc w:val="center"/>
      </w:pPr>
      <w:r>
        <w:rPr>
          <w:i/>
          <w:color w:val="666666"/>
          <w:sz w:val="18"/>
        </w:rPr>
        <w:t>+375 44 585-88-77   |   smartess.by   |   @SmartESSBot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