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2"/>
        </w:rPr>
        <w:t>Директору филиала</w:t>
      </w:r>
    </w:p>
    <w:p>
      <w:pPr>
        <w:jc w:val="right"/>
      </w:pPr>
      <w:r>
        <w:rPr>
          <w:sz w:val="22"/>
        </w:rPr>
        <w:t>«___________________________»</w:t>
      </w:r>
    </w:p>
    <w:p>
      <w:pPr>
        <w:jc w:val="right"/>
      </w:pPr>
      <w:r>
        <w:rPr>
          <w:sz w:val="22"/>
        </w:rPr>
        <w:t>РУП «___________________________»</w:t>
      </w:r>
    </w:p>
    <w:p>
      <w:pPr>
        <w:jc w:val="right"/>
      </w:pPr>
      <w:r>
        <w:rPr>
          <w:i/>
          <w:sz w:val="18"/>
        </w:rPr>
        <w:t>(наименование энергоснабжающей организации)</w:t>
      </w:r>
    </w:p>
    <w:p/>
    <w:p>
      <w:pPr>
        <w:jc w:val="right"/>
      </w:pPr>
      <w:r>
        <w:rPr>
          <w:sz w:val="22"/>
        </w:rPr>
        <w:t xml:space="preserve">от гражданина(ки): </w:t>
      </w:r>
    </w:p>
    <w:p>
      <w:pPr>
        <w:jc w:val="right"/>
      </w:pPr>
      <w:r>
        <w:rPr>
          <w:sz w:val="22"/>
        </w:rPr>
        <w:t>____________________________________</w:t>
      </w:r>
    </w:p>
    <w:p>
      <w:pPr>
        <w:jc w:val="right"/>
      </w:pPr>
      <w:r>
        <w:rPr>
          <w:i/>
          <w:sz w:val="18"/>
        </w:rPr>
        <w:t>(фамилия, имя, отчество)</w:t>
      </w:r>
    </w:p>
    <w:p>
      <w:pPr>
        <w:jc w:val="right"/>
      </w:pPr>
      <w:r>
        <w:rPr>
          <w:sz w:val="22"/>
        </w:rPr>
        <w:t>проживающего(ей) по адресу:</w:t>
      </w:r>
    </w:p>
    <w:p>
      <w:pPr>
        <w:jc w:val="right"/>
      </w:pPr>
      <w:r>
        <w:rPr>
          <w:sz w:val="22"/>
        </w:rPr>
        <w:t>____________________________________</w:t>
      </w:r>
    </w:p>
    <w:p>
      <w:pPr>
        <w:jc w:val="right"/>
      </w:pPr>
      <w:r>
        <w:rPr>
          <w:sz w:val="22"/>
        </w:rPr>
        <w:t>____________________________________</w:t>
      </w:r>
    </w:p>
    <w:p>
      <w:pPr>
        <w:jc w:val="right"/>
      </w:pPr>
      <w:r>
        <w:rPr>
          <w:sz w:val="22"/>
        </w:rPr>
        <w:t>паспорт серия ______ № ___________</w:t>
      </w:r>
    </w:p>
    <w:p>
      <w:pPr>
        <w:jc w:val="right"/>
      </w:pPr>
      <w:r>
        <w:rPr>
          <w:sz w:val="22"/>
        </w:rPr>
        <w:t>выдан _______________________________</w:t>
      </w:r>
    </w:p>
    <w:p>
      <w:pPr>
        <w:jc w:val="right"/>
      </w:pPr>
      <w:r>
        <w:rPr>
          <w:sz w:val="22"/>
        </w:rPr>
        <w:t>«____» __________ ______ г.</w:t>
      </w:r>
    </w:p>
    <w:p>
      <w:pPr>
        <w:jc w:val="right"/>
      </w:pPr>
      <w:r>
        <w:rPr>
          <w:sz w:val="22"/>
        </w:rPr>
        <w:t>идентификационный номер:</w:t>
      </w:r>
    </w:p>
    <w:p>
      <w:pPr>
        <w:jc w:val="right"/>
      </w:pPr>
      <w:r>
        <w:rPr>
          <w:sz w:val="22"/>
        </w:rPr>
        <w:t>____________________________________</w:t>
      </w:r>
    </w:p>
    <w:p>
      <w:pPr>
        <w:jc w:val="right"/>
      </w:pPr>
      <w:r>
        <w:rPr>
          <w:sz w:val="22"/>
        </w:rPr>
        <w:t>телефон: _____________________________</w:t>
      </w:r>
    </w:p>
    <w:p/>
    <w:p>
      <w:pPr>
        <w:jc w:val="center"/>
      </w:pPr>
      <w:r>
        <w:rPr>
          <w:b/>
          <w:sz w:val="26"/>
        </w:rPr>
        <w:t>ЗАЯВЛЕНИЕ</w:t>
      </w:r>
    </w:p>
    <w:p>
      <w:pPr>
        <w:jc w:val="center"/>
      </w:pPr>
      <w:r>
        <w:rPr>
          <w:i/>
          <w:sz w:val="22"/>
        </w:rPr>
        <w:t>о подключении установки по использованию возобновляемых источников энергии к внутренним электрическим сетям одноквартирного жилого дома (или нежилой капитальной постройки на придомовой территории), уже подключённого к электрической сети</w:t>
      </w:r>
    </w:p>
    <w:p/>
    <w:p>
      <w:r>
        <w:rPr>
          <w:sz w:val="22"/>
        </w:rPr>
        <w:t>В соответствии с подпунктом 10.6 пункта 10 единого перечня административных процедур, осуществляемых государственными органами и иными организациями в отношении граждан, утверждённого Указом Президента Республики Беларусь от 26.04.2010 № 200, прошу осуществить подключение установки по использованию возобновляемых источников энергии к внутренним электрическим сетям объекта.</w:t>
      </w:r>
    </w:p>
    <w:p/>
    <w:p>
      <w:r>
        <w:rPr>
          <w:sz w:val="22"/>
        </w:rPr>
        <w:t>1. Сведения об объекте, к которому подключается установка ВИЭ:</w:t>
      </w:r>
    </w:p>
    <w:p>
      <w:pPr>
        <w:ind w:left="283"/>
      </w:pPr>
      <w:r>
        <w:rPr>
          <w:sz w:val="22"/>
        </w:rPr>
        <w:t>адрес объекта: ____________________________________________________________</w:t>
      </w:r>
    </w:p>
    <w:p>
      <w:pPr>
        <w:ind w:left="283"/>
      </w:pPr>
      <w:r>
        <w:rPr>
          <w:sz w:val="22"/>
        </w:rPr>
        <w:t>____________________________________________________________________________</w:t>
      </w:r>
    </w:p>
    <w:p>
      <w:pPr>
        <w:ind w:left="283"/>
      </w:pPr>
      <w:r>
        <w:rPr>
          <w:sz w:val="22"/>
        </w:rPr>
        <w:t>лицевой счёт абонента в энергоснабжающей организации: __________________</w:t>
      </w:r>
    </w:p>
    <w:p>
      <w:pPr>
        <w:ind w:left="283"/>
      </w:pPr>
      <w:r>
        <w:rPr>
          <w:sz w:val="22"/>
        </w:rPr>
        <w:t>разрешённая мощность по действующему договору, кВт: ___________________</w:t>
      </w:r>
    </w:p>
    <w:p>
      <w:pPr>
        <w:ind w:left="283"/>
      </w:pPr>
      <w:r>
        <w:rPr>
          <w:sz w:val="22"/>
        </w:rPr>
        <w:t>категория надёжности электроснабжения: ____________________________________</w:t>
      </w:r>
    </w:p>
    <w:p>
      <w:r>
        <w:rPr>
          <w:sz w:val="22"/>
        </w:rPr>
        <w:t>2. Сведения об установке ВИЭ:</w:t>
      </w:r>
    </w:p>
    <w:p>
      <w:pPr>
        <w:ind w:left="283"/>
      </w:pPr>
      <w:r>
        <w:rPr>
          <w:sz w:val="22"/>
        </w:rPr>
        <w:t>тип установки: ☐ солнечная (фотоэлектрическая)   ☐ ветроэнергетическая</w:t>
      </w:r>
    </w:p>
    <w:p>
      <w:pPr>
        <w:ind w:left="283"/>
      </w:pPr>
      <w:r>
        <w:rPr>
          <w:sz w:val="22"/>
        </w:rPr>
        <w:t>установленная мощность, кВт: _________________________________________________</w:t>
      </w:r>
    </w:p>
    <w:p>
      <w:pPr>
        <w:ind w:left="283"/>
      </w:pPr>
      <w:r>
        <w:rPr>
          <w:sz w:val="22"/>
        </w:rPr>
        <w:t>место расположения: ☐ на земельном участке   ☐ на крыше / фасаде здания</w:t>
      </w:r>
    </w:p>
    <w:p>
      <w:pPr>
        <w:ind w:left="283"/>
      </w:pPr>
      <w:r>
        <w:rPr>
          <w:sz w:val="22"/>
        </w:rPr>
        <w:t>тип инвертора: ☐ сетевой (on-grid)   ☐ гибридный</w:t>
      </w:r>
    </w:p>
    <w:p>
      <w:pPr>
        <w:ind w:left="283"/>
      </w:pPr>
      <w:r>
        <w:rPr>
          <w:sz w:val="22"/>
        </w:rPr>
        <w:t>марка инвертора: _______________________________________________________________</w:t>
      </w:r>
    </w:p>
    <w:p>
      <w:pPr>
        <w:ind w:left="283"/>
      </w:pPr>
      <w:r>
        <w:rPr>
          <w:sz w:val="22"/>
        </w:rPr>
        <w:t>наличие аккумуляторных батарей: ☐ да, ёмкость ___ кВт·ч   ☐ нет</w:t>
      </w:r>
    </w:p>
    <w:p>
      <w:pPr>
        <w:ind w:left="283"/>
      </w:pPr>
      <w:r>
        <w:rPr>
          <w:sz w:val="22"/>
        </w:rPr>
        <w:t>режим работы: параллельная с энергосистемой</w:t>
      </w:r>
    </w:p>
    <w:p>
      <w:pPr>
        <w:ind w:left="283"/>
      </w:pPr>
      <w:r>
        <w:rPr>
          <w:sz w:val="22"/>
        </w:rPr>
        <w:t>наличие сертификатов ТР ТС / ЕАЭС: ☐ да   ☐ нет</w:t>
      </w:r>
    </w:p>
    <w:p/>
    <w:p>
      <w:r>
        <w:rPr>
          <w:sz w:val="22"/>
        </w:rPr>
        <w:t>3. К заявлению прилагаются следующие документы:</w:t>
      </w:r>
    </w:p>
    <w:p>
      <w:pPr>
        <w:ind w:left="283"/>
      </w:pPr>
      <w:r>
        <w:rPr>
          <w:sz w:val="22"/>
        </w:rPr>
        <w:t>1) копия документа, удостоверяющего право собственности (пользования) на объект;</w:t>
      </w:r>
    </w:p>
    <w:p>
      <w:pPr>
        <w:ind w:left="283"/>
      </w:pPr>
      <w:r>
        <w:rPr>
          <w:sz w:val="22"/>
        </w:rPr>
        <w:t>2) копия действующего договора электроснабжения (счёта-фактуры);</w:t>
      </w:r>
    </w:p>
    <w:p>
      <w:pPr>
        <w:ind w:left="283"/>
      </w:pPr>
      <w:r>
        <w:rPr>
          <w:sz w:val="22"/>
        </w:rPr>
        <w:t>3) копия решения исполнительного комитета о разрешении реконструкции инженерного оборудования (Постановление СМ РБ от 16.05.2013 № 384) — для крышных установок;</w:t>
      </w:r>
    </w:p>
    <w:p>
      <w:pPr>
        <w:ind w:left="283"/>
      </w:pPr>
      <w:r>
        <w:rPr>
          <w:sz w:val="22"/>
        </w:rPr>
        <w:t>4) проектная документация на установку ВИЭ (выполнена аттестованной проектной организацией IV класса сложности);</w:t>
      </w:r>
    </w:p>
    <w:p>
      <w:pPr>
        <w:ind w:left="283"/>
      </w:pPr>
      <w:r>
        <w:rPr>
          <w:sz w:val="22"/>
        </w:rPr>
        <w:t>5) паспорта и сертификаты соответствия ТР ТС / ЕАЭС на инвертор и солнечные модули;</w:t>
      </w:r>
    </w:p>
    <w:p>
      <w:pPr>
        <w:ind w:left="283"/>
      </w:pPr>
      <w:r>
        <w:rPr>
          <w:sz w:val="22"/>
        </w:rPr>
        <w:t>6) акт выполненных строительно-монтажных работ;</w:t>
      </w:r>
    </w:p>
    <w:p>
      <w:pPr>
        <w:ind w:left="283"/>
      </w:pPr>
      <w:r>
        <w:rPr>
          <w:sz w:val="22"/>
        </w:rPr>
        <w:t>7) протоколы электрофизических измерений (от организации с аккредитацией Белорусского государственного центра аккредитации);</w:t>
      </w:r>
    </w:p>
    <w:p>
      <w:pPr>
        <w:ind w:left="283"/>
      </w:pPr>
      <w:r>
        <w:rPr>
          <w:sz w:val="22"/>
        </w:rPr>
        <w:t>8) акт приёмки установки ВИЭ в эксплуатацию исполнительным комитетом;</w:t>
      </w:r>
    </w:p>
    <w:p>
      <w:pPr>
        <w:ind w:left="283"/>
      </w:pPr>
      <w:r>
        <w:rPr>
          <w:sz w:val="22"/>
        </w:rPr>
        <w:t>9) иное: ________________________________________________________________</w:t>
      </w:r>
    </w:p>
    <w:p/>
    <w:p>
      <w:r>
        <w:rPr>
          <w:sz w:val="22"/>
        </w:rPr>
        <w:t>Прошу выдать заключение органов государственного энергетического надзора о возможности ввода установки в эксплуатацию и её включения на параллельную работу с энергосистемой.</w:t>
      </w:r>
    </w:p>
    <w:p/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sz w:val="22"/>
              </w:rPr>
              <w:t>«____» __________ 20___ г.</w:t>
            </w:r>
          </w:p>
        </w:tc>
        <w:tc>
          <w:tcPr>
            <w:tcW w:type="dxa" w:w="3324"/>
          </w:tcPr>
          <w:p>
            <w:r>
              <w:rPr>
                <w:sz w:val="22"/>
              </w:rPr>
              <w:t>_________________</w:t>
            </w:r>
          </w:p>
        </w:tc>
        <w:tc>
          <w:tcPr>
            <w:tcW w:type="dxa" w:w="3324"/>
          </w:tcPr>
          <w:p>
            <w:r>
              <w:rPr>
                <w:sz w:val="22"/>
              </w:rPr>
              <w:t>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(дата)</w:t>
            </w:r>
          </w:p>
        </w:tc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(подпись)</w:t>
            </w:r>
          </w:p>
        </w:tc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(И.О. Фамилия)</w:t>
            </w:r>
          </w:p>
        </w:tc>
      </w:tr>
    </w:tbl>
    <w:p/>
    <w:p>
      <w:pPr>
        <w:jc w:val="center"/>
      </w:pPr>
      <w:r>
        <w:rPr>
          <w:color w:val="AAAAAA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>
      <w:pPr>
        <w:jc w:val="center"/>
      </w:pPr>
      <w:r>
        <w:rPr>
          <w:i/>
          <w:color w:val="666666"/>
          <w:sz w:val="18"/>
        </w:rPr>
        <w:t>Бланк подготовлен SmartEnergy® (smartess.by) — поможем заполнить и оформить под ключ.</w:t>
      </w:r>
    </w:p>
    <w:p>
      <w:pPr>
        <w:jc w:val="center"/>
      </w:pPr>
      <w:r>
        <w:rPr>
          <w:i/>
          <w:color w:val="666666"/>
          <w:sz w:val="18"/>
        </w:rPr>
        <w:t>+375 44 585-88-77   |   smartess.by   |   @SmartESSBot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