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2"/>
        </w:rPr>
        <w:t>Директору филиала</w:t>
      </w:r>
    </w:p>
    <w:p>
      <w:pPr>
        <w:jc w:val="right"/>
      </w:pPr>
      <w:r>
        <w:rPr>
          <w:sz w:val="22"/>
        </w:rPr>
        <w:t>«___________________________»</w:t>
      </w:r>
    </w:p>
    <w:p>
      <w:pPr>
        <w:jc w:val="right"/>
      </w:pPr>
      <w:r>
        <w:rPr>
          <w:sz w:val="22"/>
        </w:rPr>
        <w:t>РУП «___________________________»</w:t>
      </w:r>
    </w:p>
    <w:p>
      <w:pPr>
        <w:jc w:val="right"/>
      </w:pPr>
      <w:r>
        <w:rPr>
          <w:i/>
          <w:sz w:val="18"/>
        </w:rPr>
        <w:t>(наименование энергоснабжающей организации)</w:t>
      </w:r>
    </w:p>
    <w:p/>
    <w:p>
      <w:pPr>
        <w:jc w:val="right"/>
      </w:pPr>
      <w:r>
        <w:rPr>
          <w:sz w:val="22"/>
        </w:rPr>
        <w:t xml:space="preserve">от гражданина(ки): 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i/>
          <w:sz w:val="18"/>
        </w:rPr>
        <w:t>(фамилия, имя, отчество)</w:t>
      </w:r>
    </w:p>
    <w:p>
      <w:pPr>
        <w:jc w:val="right"/>
      </w:pPr>
      <w:r>
        <w:rPr>
          <w:sz w:val="22"/>
        </w:rPr>
        <w:t>проживающего(ей) по адресу: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паспорт серия ______ № ___________</w:t>
      </w:r>
    </w:p>
    <w:p>
      <w:pPr>
        <w:jc w:val="right"/>
      </w:pPr>
      <w:r>
        <w:rPr>
          <w:sz w:val="22"/>
        </w:rPr>
        <w:t>выдан _______________________________</w:t>
      </w:r>
    </w:p>
    <w:p>
      <w:pPr>
        <w:jc w:val="right"/>
      </w:pPr>
      <w:r>
        <w:rPr>
          <w:sz w:val="22"/>
        </w:rPr>
        <w:t>«____» __________ ______ г.</w:t>
      </w:r>
    </w:p>
    <w:p>
      <w:pPr>
        <w:jc w:val="right"/>
      </w:pPr>
      <w:r>
        <w:rPr>
          <w:sz w:val="22"/>
        </w:rPr>
        <w:t>идентификационный номер:</w:t>
      </w:r>
    </w:p>
    <w:p>
      <w:pPr>
        <w:jc w:val="right"/>
      </w:pPr>
      <w:r>
        <w:rPr>
          <w:sz w:val="22"/>
        </w:rPr>
        <w:t>____________________________________</w:t>
      </w:r>
    </w:p>
    <w:p>
      <w:pPr>
        <w:jc w:val="right"/>
      </w:pPr>
      <w:r>
        <w:rPr>
          <w:sz w:val="22"/>
        </w:rPr>
        <w:t>телефон: _____________________________</w:t>
      </w:r>
    </w:p>
    <w:p/>
    <w:p>
      <w:pPr>
        <w:jc w:val="center"/>
      </w:pPr>
      <w:r>
        <w:rPr>
          <w:b/>
          <w:sz w:val="26"/>
        </w:rPr>
        <w:t>ЗАЯВЛЕНИЕ</w:t>
      </w:r>
    </w:p>
    <w:p>
      <w:pPr>
        <w:jc w:val="center"/>
      </w:pPr>
      <w:r>
        <w:rPr>
          <w:i/>
          <w:sz w:val="22"/>
        </w:rPr>
        <w:t>о подключении электроустановок одноквартирного жилого дома и (или) другого капитального строения к электрическим сетям с одновременным подключением установки по использованию возобновляемых источников энергии</w:t>
      </w:r>
    </w:p>
    <w:p/>
    <w:p>
      <w:r>
        <w:rPr>
          <w:sz w:val="22"/>
        </w:rPr>
        <w:t>В соответствии с подпунктом 10.5 пункта 10 единого перечня административных процедур, осуществляемых государственными органами и иными организациями в отношении граждан, утверждённого Указом Президента Республики Беларусь от 26.04.2010 № 200, прошу осуществить подключение к электрическим сетям:</w:t>
      </w:r>
    </w:p>
    <w:p>
      <w:r>
        <w:rPr>
          <w:sz w:val="22"/>
        </w:rPr>
        <w:t>1. Объекта недвижимости (одноквартирного жилого дома, капитального строения):</w:t>
      </w:r>
    </w:p>
    <w:p>
      <w:pPr>
        <w:ind w:left="283"/>
      </w:pPr>
      <w:r>
        <w:rPr>
          <w:sz w:val="22"/>
        </w:rPr>
        <w:t>адрес расположения: ________________________________________________________</w:t>
      </w:r>
    </w:p>
    <w:p>
      <w:pPr>
        <w:ind w:left="283"/>
      </w:pPr>
      <w:r>
        <w:rPr>
          <w:sz w:val="22"/>
        </w:rPr>
        <w:t>_______________________________________________________________________________</w:t>
      </w:r>
    </w:p>
    <w:p>
      <w:pPr>
        <w:ind w:left="283"/>
      </w:pPr>
      <w:r>
        <w:rPr>
          <w:sz w:val="22"/>
        </w:rPr>
        <w:t>категория надёжности электроснабжения: _____________________________________</w:t>
      </w:r>
    </w:p>
    <w:p>
      <w:pPr>
        <w:ind w:left="283"/>
      </w:pPr>
      <w:r>
        <w:rPr>
          <w:sz w:val="22"/>
        </w:rPr>
        <w:t>общая потребляемая мощность, кВт: ___________________________________________</w:t>
      </w:r>
    </w:p>
    <w:p>
      <w:r>
        <w:rPr>
          <w:sz w:val="22"/>
        </w:rPr>
        <w:t>2. Установки по использованию возобновляемых источников энергии (ВИЭ):</w:t>
      </w:r>
    </w:p>
    <w:p>
      <w:pPr>
        <w:ind w:left="283"/>
      </w:pPr>
      <w:r>
        <w:rPr>
          <w:sz w:val="22"/>
        </w:rPr>
        <w:t>тип установки: ☐ солнечная (фотоэлектрическая)   ☐ ветроэнергетическая</w:t>
      </w:r>
    </w:p>
    <w:p>
      <w:pPr>
        <w:ind w:left="283"/>
      </w:pPr>
      <w:r>
        <w:rPr>
          <w:sz w:val="22"/>
        </w:rPr>
        <w:t>установленная мощность СЭС, кВт: _____________________________________________</w:t>
      </w:r>
    </w:p>
    <w:p>
      <w:pPr>
        <w:ind w:left="283"/>
      </w:pPr>
      <w:r>
        <w:rPr>
          <w:sz w:val="22"/>
        </w:rPr>
        <w:t>место расположения: ☐ на земельном участке   ☐ на крыше / фасаде здания</w:t>
      </w:r>
    </w:p>
    <w:p>
      <w:pPr>
        <w:ind w:left="283"/>
      </w:pPr>
      <w:r>
        <w:rPr>
          <w:sz w:val="22"/>
        </w:rPr>
        <w:t>тип инвертора: ☐ сетевой (on-grid)   ☐ гибридный   ☐ автономный (off-grid)</w:t>
      </w:r>
    </w:p>
    <w:p>
      <w:pPr>
        <w:ind w:left="283"/>
      </w:pPr>
      <w:r>
        <w:rPr>
          <w:sz w:val="22"/>
        </w:rPr>
        <w:t>наличие аккумуляторных батарей: ☐ да, ёмкость ___ кВт·ч   ☐ нет</w:t>
      </w:r>
    </w:p>
    <w:p>
      <w:pPr>
        <w:ind w:left="283"/>
      </w:pPr>
      <w:r>
        <w:rPr>
          <w:sz w:val="22"/>
        </w:rPr>
        <w:t>режим работы: ☐ параллельная с энергосистемой   ☐ изолированная</w:t>
      </w:r>
    </w:p>
    <w:p/>
    <w:p>
      <w:r>
        <w:rPr>
          <w:sz w:val="22"/>
        </w:rPr>
        <w:t>3. К заявлению прилагаются следующие документы:</w:t>
      </w:r>
    </w:p>
    <w:p>
      <w:pPr>
        <w:ind w:left="283"/>
      </w:pPr>
      <w:r>
        <w:rPr>
          <w:sz w:val="22"/>
        </w:rPr>
        <w:t>1) копия документа, удостоверяющего право на земельный участок;</w:t>
      </w:r>
    </w:p>
    <w:p>
      <w:pPr>
        <w:ind w:left="283"/>
      </w:pPr>
      <w:r>
        <w:rPr>
          <w:sz w:val="22"/>
        </w:rPr>
        <w:t>2) копия документа, удостоверяющего право на одноквартирный жилой дом (капитальное строение) — при наличии;</w:t>
      </w:r>
    </w:p>
    <w:p>
      <w:pPr>
        <w:ind w:left="283"/>
      </w:pPr>
      <w:r>
        <w:rPr>
          <w:sz w:val="22"/>
        </w:rPr>
        <w:t>3) копия решения исполнительного комитета о разрешении строительства (реконструкции) установки ВИЭ;</w:t>
      </w:r>
    </w:p>
    <w:p>
      <w:pPr>
        <w:ind w:left="283"/>
      </w:pPr>
      <w:r>
        <w:rPr>
          <w:sz w:val="22"/>
        </w:rPr>
        <w:t>4) проектная документация на установку ВИЭ (при наличии на момент подачи);</w:t>
      </w:r>
    </w:p>
    <w:p>
      <w:pPr>
        <w:ind w:left="283"/>
      </w:pPr>
      <w:r>
        <w:rPr>
          <w:sz w:val="22"/>
        </w:rPr>
        <w:t>5) технические данные оборудования (паспорта, сертификаты соответствия ТР ТС / ЕАЭС на инвертор и солнечные модули);</w:t>
      </w:r>
    </w:p>
    <w:p>
      <w:pPr>
        <w:ind w:left="283"/>
      </w:pPr>
      <w:r>
        <w:rPr>
          <w:sz w:val="22"/>
        </w:rPr>
        <w:t>6) акт приёмки установки ВИЭ в эксплуатацию (после монтажа);</w:t>
      </w:r>
    </w:p>
    <w:p>
      <w:pPr>
        <w:ind w:left="283"/>
      </w:pPr>
      <w:r>
        <w:rPr>
          <w:sz w:val="22"/>
        </w:rPr>
        <w:t>7) иное: __________________________________________________________________</w:t>
      </w:r>
    </w:p>
    <w:p/>
    <w:p>
      <w:r>
        <w:rPr>
          <w:sz w:val="22"/>
        </w:rPr>
        <w:t>Прошу выдать заключение о возможности ввода установки по использованию ВИЭ в эксплуатацию и её включения на параллельную работу с энергосистемой.</w:t>
      </w:r>
    </w:p>
    <w:p/>
    <w:p/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sz w:val="22"/>
              </w:rPr>
              <w:t>«____» __________ 20___ г.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</w:t>
            </w:r>
          </w:p>
        </w:tc>
        <w:tc>
          <w:tcPr>
            <w:tcW w:type="dxa" w:w="3324"/>
          </w:tcPr>
          <w:p>
            <w:r>
              <w:rPr>
                <w:sz w:val="22"/>
              </w:rPr>
              <w:t>__________________________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(дата)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(подпись)</w:t>
            </w:r>
          </w:p>
        </w:tc>
        <w:tc>
          <w:tcPr>
            <w:tcW w:type="dxa" w:w="3324"/>
          </w:tcPr>
          <w:p>
            <w:pPr>
              <w:jc w:val="left"/>
            </w:pPr>
            <w:r>
              <w:rPr>
                <w:i/>
                <w:sz w:val="18"/>
              </w:rPr>
              <w:t>(И.О. Фамилия)</w:t>
            </w:r>
          </w:p>
        </w:tc>
      </w:tr>
    </w:tbl>
    <w:p/>
    <w:p>
      <w:pPr>
        <w:jc w:val="center"/>
      </w:pPr>
      <w:r>
        <w:rPr>
          <w:color w:val="AAAAAA"/>
          <w:sz w:val="16"/>
        </w:rPr>
        <w:t>────────────────────────────────────────────────────────────</w:t>
      </w:r>
    </w:p>
    <w:p>
      <w:pPr>
        <w:jc w:val="center"/>
      </w:pPr>
      <w:r>
        <w:rPr>
          <w:i/>
          <w:color w:val="666666"/>
          <w:sz w:val="18"/>
        </w:rPr>
        <w:t>Бланк подготовлен SmartEnergy® (smartess.by) — поможем заполнить и оформить под ключ.</w:t>
      </w:r>
    </w:p>
    <w:p>
      <w:pPr>
        <w:jc w:val="center"/>
      </w:pPr>
      <w:r>
        <w:rPr>
          <w:i/>
          <w:color w:val="666666"/>
          <w:sz w:val="18"/>
        </w:rPr>
        <w:t>+375 44 585-88-77   |   smartess.by   |   @SmartESSBot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